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709A5" w14:textId="77777777" w:rsidR="006D7C6B" w:rsidRDefault="00C05256">
      <w:r>
        <w:t xml:space="preserve">Dear </w:t>
      </w:r>
      <w:r w:rsidR="006D7C6B">
        <w:t xml:space="preserve">Vasileios, </w:t>
      </w:r>
      <w:r>
        <w:br/>
      </w:r>
      <w:r>
        <w:br/>
        <w:t xml:space="preserve">Welcome! </w:t>
      </w:r>
    </w:p>
    <w:p w14:paraId="4E0835B7" w14:textId="666E29AD" w:rsidR="006D7C6B" w:rsidRDefault="00C05256">
      <w:r>
        <w:t xml:space="preserve">I'm excited to start our coaching sessions, focusing on your goal to start a business and other important areas of your life. Understanding your background, challenges, and aspirations is key to our work </w:t>
      </w:r>
      <w:r>
        <w:t>together.</w:t>
      </w:r>
      <w:r>
        <w:br/>
      </w:r>
      <w:r>
        <w:br/>
        <w:t>This questionnaire is our first step. It's designed to give me a clear picture of your current situation and future ambitions. Your honest and thoughtful responses will greatly help in tailoring our sessions to be most effective for you.</w:t>
      </w:r>
      <w:r>
        <w:br/>
      </w:r>
      <w:r>
        <w:br/>
        <w:t>Your privacy is very important, and I'll keep your answers completely confidential.</w:t>
      </w:r>
      <w:r>
        <w:br/>
      </w:r>
      <w:r>
        <w:br/>
        <w:t>Looking forward to working with you,</w:t>
      </w:r>
      <w:r>
        <w:br/>
      </w:r>
      <w:r>
        <w:br/>
      </w:r>
      <w:r w:rsidR="006D7C6B">
        <w:t>Debbie Terwey</w:t>
      </w:r>
      <w:r w:rsidR="006D7C6B">
        <w:br/>
        <w:t>Health and Business Coach</w:t>
      </w:r>
    </w:p>
    <w:p w14:paraId="1449EF3F" w14:textId="77777777" w:rsidR="006D7C6B" w:rsidRDefault="006D7C6B"/>
    <w:p w14:paraId="3D6FACBD" w14:textId="77777777" w:rsidR="00CC70D2" w:rsidRDefault="00C05256">
      <w:pPr>
        <w:pStyle w:val="Heading2"/>
      </w:pPr>
      <w:r>
        <w:t>Personal History</w:t>
      </w:r>
    </w:p>
    <w:p w14:paraId="0042B35E" w14:textId="77777777" w:rsidR="00CC70D2" w:rsidRDefault="00C05256">
      <w:pPr>
        <w:rPr>
          <w:b/>
        </w:rPr>
      </w:pPr>
      <w:r>
        <w:rPr>
          <w:b/>
        </w:rPr>
        <w:t>• Name your three greatest accomplishments in your life to date:</w:t>
      </w:r>
    </w:p>
    <w:p w14:paraId="7A1A4D38" w14:textId="2FE18B88" w:rsidR="006962A7" w:rsidRPr="006962A7" w:rsidRDefault="006962A7">
      <w:pPr>
        <w:rPr>
          <w:bCs/>
        </w:rPr>
      </w:pPr>
      <w:r w:rsidRPr="006962A7">
        <w:rPr>
          <w:bCs/>
        </w:rPr>
        <w:t>Somehow I cannot think of anything other than work related accomplishments</w:t>
      </w:r>
      <w:r w:rsidR="00551582">
        <w:rPr>
          <w:bCs/>
        </w:rPr>
        <w:t>(big ones, but forgotten by others nevertheless)</w:t>
      </w:r>
      <w:r w:rsidRPr="006962A7">
        <w:rPr>
          <w:bCs/>
        </w:rPr>
        <w:t xml:space="preserve"> </w:t>
      </w:r>
      <w:r w:rsidRPr="006962A7">
        <w:rPr>
          <mc:AlternateContent>
            <mc:Choice Requires="w16se"/>
            <mc:Fallback>
              <w:rFonts w:ascii="Segoe UI Emoji" w:eastAsia="Segoe UI Emoji" w:hAnsi="Segoe UI Emoji" w:cs="Segoe UI Emoji"/>
            </mc:Fallback>
          </mc:AlternateContent>
          <w:bCs/>
        </w:rPr>
        <mc:AlternateContent>
          <mc:Choice Requires="w16se">
            <w16se:symEx w16se:font="Segoe UI Emoji" w16se:char="2639"/>
          </mc:Choice>
          <mc:Fallback>
            <w:t>☹</w:t>
          </mc:Fallback>
        </mc:AlternateContent>
      </w:r>
    </w:p>
    <w:p w14:paraId="19E7D56C" w14:textId="369DBE56" w:rsidR="00CC70D2" w:rsidRDefault="0033304D" w:rsidP="006D7C6B">
      <w:pPr>
        <w:pStyle w:val="ListParagraph"/>
        <w:numPr>
          <w:ilvl w:val="0"/>
          <w:numId w:val="10"/>
        </w:numPr>
      </w:pPr>
      <w:r>
        <w:t>Survived working with the most unknowledgeable people trying to dictate what my job is…</w:t>
      </w:r>
    </w:p>
    <w:p w14:paraId="6F6C8B9A" w14:textId="390420A6" w:rsidR="006D7C6B" w:rsidRDefault="0033304D" w:rsidP="006D7C6B">
      <w:pPr>
        <w:pStyle w:val="ListParagraph"/>
        <w:numPr>
          <w:ilvl w:val="0"/>
          <w:numId w:val="10"/>
        </w:numPr>
      </w:pPr>
      <w:r>
        <w:t>Moving and migrating large IT infrastructures</w:t>
      </w:r>
      <w:r w:rsidR="008807C0">
        <w:t>, training a team and providing support at the same time</w:t>
      </w:r>
      <w:r w:rsidR="009A6AD2">
        <w:t>.</w:t>
      </w:r>
    </w:p>
    <w:p w14:paraId="504EC714" w14:textId="6E6560BC" w:rsidR="006D7C6B" w:rsidRDefault="006D7C6B" w:rsidP="006D7C6B">
      <w:pPr>
        <w:pStyle w:val="ListParagraph"/>
        <w:numPr>
          <w:ilvl w:val="0"/>
          <w:numId w:val="10"/>
        </w:numPr>
      </w:pPr>
    </w:p>
    <w:p w14:paraId="670FC58B" w14:textId="16A7E4CC" w:rsidR="00604EF0" w:rsidRDefault="00C05256">
      <w:pPr>
        <w:rPr>
          <w:b/>
        </w:rPr>
      </w:pPr>
      <w:r>
        <w:rPr>
          <w:b/>
        </w:rPr>
        <w:t>• What is the hardest thing you have ever had to overcome?</w:t>
      </w:r>
    </w:p>
    <w:p w14:paraId="3FFFF880" w14:textId="25F13D34" w:rsidR="00604EF0" w:rsidRPr="00550A07" w:rsidRDefault="00604EF0">
      <w:pPr>
        <w:rPr>
          <w:bCs/>
        </w:rPr>
      </w:pPr>
      <w:r w:rsidRPr="00550A07">
        <w:rPr>
          <w:bCs/>
        </w:rPr>
        <w:t>Trauma</w:t>
      </w:r>
      <w:r w:rsidR="00550A07" w:rsidRPr="00550A07">
        <w:rPr>
          <w:bCs/>
        </w:rPr>
        <w:t>/obsession</w:t>
      </w:r>
      <w:r w:rsidRPr="00550A07">
        <w:rPr>
          <w:bCs/>
        </w:rPr>
        <w:t xml:space="preserve"> created from</w:t>
      </w:r>
      <w:r w:rsidR="00550A07">
        <w:rPr>
          <w:bCs/>
        </w:rPr>
        <w:t xml:space="preserve"> my latest</w:t>
      </w:r>
      <w:r w:rsidRPr="00550A07">
        <w:rPr>
          <w:bCs/>
        </w:rPr>
        <w:t xml:space="preserve"> work</w:t>
      </w:r>
      <w:r w:rsidR="00550A07">
        <w:rPr>
          <w:bCs/>
        </w:rPr>
        <w:t>/company</w:t>
      </w:r>
      <w:r w:rsidR="006962A7">
        <w:rPr>
          <w:bCs/>
        </w:rPr>
        <w:t>, still kinda ongoing</w:t>
      </w:r>
      <w:r w:rsidR="00AB7AEE">
        <w:rPr>
          <w:bCs/>
        </w:rPr>
        <w:t xml:space="preserve"> facing unfairness. </w:t>
      </w:r>
    </w:p>
    <w:p w14:paraId="2AD801DF" w14:textId="77777777" w:rsidR="00CC70D2" w:rsidRDefault="00CC70D2"/>
    <w:p w14:paraId="3BCC8AEC" w14:textId="77777777" w:rsidR="00CC70D2" w:rsidRPr="00B6235B" w:rsidRDefault="00C05256">
      <w:pPr>
        <w:rPr>
          <w:bCs/>
        </w:rPr>
      </w:pPr>
      <w:r>
        <w:rPr>
          <w:b/>
        </w:rPr>
        <w:t>• Who are (or have been) your major role models? Why?</w:t>
      </w:r>
    </w:p>
    <w:p w14:paraId="058FADA5" w14:textId="774D918C" w:rsidR="00550A07" w:rsidRPr="00B6235B" w:rsidRDefault="00550A07">
      <w:pPr>
        <w:rPr>
          <w:bCs/>
        </w:rPr>
      </w:pPr>
      <w:r w:rsidRPr="00B6235B">
        <w:rPr>
          <w:bCs/>
        </w:rPr>
        <w:t xml:space="preserve">My </w:t>
      </w:r>
      <w:r w:rsidR="00B6235B" w:rsidRPr="00B6235B">
        <w:rPr>
          <w:bCs/>
        </w:rPr>
        <w:t xml:space="preserve">father, </w:t>
      </w:r>
      <w:r w:rsidRPr="00B6235B">
        <w:rPr>
          <w:bCs/>
        </w:rPr>
        <w:t>father in law</w:t>
      </w:r>
      <w:r w:rsidR="00B6235B" w:rsidRPr="00B6235B">
        <w:rPr>
          <w:bCs/>
        </w:rPr>
        <w:t xml:space="preserve"> and a couple of friends I consider to be some of the strongest persons.</w:t>
      </w:r>
    </w:p>
    <w:p w14:paraId="30FA6171" w14:textId="77777777" w:rsidR="00CC70D2" w:rsidRDefault="00CC70D2"/>
    <w:p w14:paraId="7F2DC7AE" w14:textId="1A525E1E" w:rsidR="006D7C6B" w:rsidRDefault="00C05256">
      <w:pPr>
        <w:rPr>
          <w:b/>
        </w:rPr>
      </w:pPr>
      <w:r>
        <w:rPr>
          <w:b/>
        </w:rPr>
        <w:lastRenderedPageBreak/>
        <w:t>• Reflect on a moment in your life that significantly changed your perspective. What was it, and how did it affect you?</w:t>
      </w:r>
    </w:p>
    <w:p w14:paraId="1C98FBF7" w14:textId="58AB9AEE" w:rsidR="006D7C6B" w:rsidRPr="009A6AD2" w:rsidRDefault="00E0721D" w:rsidP="009A6AD2">
      <w:pPr>
        <w:rPr>
          <w:bCs/>
        </w:rPr>
      </w:pPr>
      <w:r w:rsidRPr="00E0721D">
        <w:rPr>
          <w:bCs/>
        </w:rPr>
        <w:t>My father getting terminally sick</w:t>
      </w:r>
      <w:r>
        <w:rPr>
          <w:bCs/>
        </w:rPr>
        <w:t xml:space="preserve"> with cancers</w:t>
      </w:r>
      <w:r w:rsidRPr="00E0721D">
        <w:rPr>
          <w:bCs/>
        </w:rPr>
        <w:t>, my father in law going for a quadruple heart bypass.</w:t>
      </w:r>
    </w:p>
    <w:p w14:paraId="0BB9A2E4" w14:textId="77777777" w:rsidR="006D7C6B" w:rsidRDefault="006D7C6B">
      <w:pPr>
        <w:pStyle w:val="Heading2"/>
      </w:pPr>
    </w:p>
    <w:p w14:paraId="7381B8C2" w14:textId="340700E2" w:rsidR="00CC70D2" w:rsidRDefault="00C05256">
      <w:pPr>
        <w:pStyle w:val="Heading2"/>
      </w:pPr>
      <w:r>
        <w:t>Your Life</w:t>
      </w:r>
    </w:p>
    <w:p w14:paraId="5299EA74" w14:textId="77777777" w:rsidR="00CC70D2" w:rsidRDefault="00C05256">
      <w:r>
        <w:rPr>
          <w:b/>
        </w:rPr>
        <w:t xml:space="preserve">• Who are the </w:t>
      </w:r>
      <w:r>
        <w:rPr>
          <w:b/>
        </w:rPr>
        <w:t>key people in your life and what do they provide for you?</w:t>
      </w:r>
    </w:p>
    <w:p w14:paraId="013804C7" w14:textId="498ADEAE" w:rsidR="006D7C6B" w:rsidRDefault="00B01DF7">
      <w:pPr>
        <w:rPr>
          <w:bCs/>
        </w:rPr>
      </w:pPr>
      <w:r>
        <w:rPr>
          <w:bCs/>
        </w:rPr>
        <w:t>My mother and sister(</w:t>
      </w:r>
      <w:r w:rsidR="001A198F">
        <w:rPr>
          <w:bCs/>
        </w:rPr>
        <w:t>also her husband and my little niece), my GF and her family(parents).</w:t>
      </w:r>
    </w:p>
    <w:p w14:paraId="28432962" w14:textId="5656223E" w:rsidR="001A198F" w:rsidRDefault="001A198F">
      <w:pPr>
        <w:rPr>
          <w:bCs/>
        </w:rPr>
      </w:pPr>
      <w:r>
        <w:rPr>
          <w:bCs/>
        </w:rPr>
        <w:t>My mom is this never ending caring person</w:t>
      </w:r>
      <w:r w:rsidR="0051037C">
        <w:rPr>
          <w:bCs/>
        </w:rPr>
        <w:t>, I do not know where her superpowers and strength come from</w:t>
      </w:r>
      <w:r w:rsidR="00A60515">
        <w:rPr>
          <w:bCs/>
        </w:rPr>
        <w:t xml:space="preserve"> when it comes to helping her children.</w:t>
      </w:r>
    </w:p>
    <w:p w14:paraId="7B57FA85" w14:textId="2AD867DE" w:rsidR="00A60515" w:rsidRDefault="00A60515">
      <w:pPr>
        <w:rPr>
          <w:bCs/>
        </w:rPr>
      </w:pPr>
      <w:r>
        <w:rPr>
          <w:bCs/>
        </w:rPr>
        <w:t xml:space="preserve">My sister has become the </w:t>
      </w:r>
      <w:r w:rsidR="00C321F4">
        <w:rPr>
          <w:bCs/>
        </w:rPr>
        <w:t>most amazing mother lately and she proves this day-by-day, she works 6 days a week and raises and child magnificently with the Greek care and love.</w:t>
      </w:r>
    </w:p>
    <w:p w14:paraId="2329BEAC" w14:textId="7E9C62EE" w:rsidR="00777DFF" w:rsidRDefault="00777DFF">
      <w:pPr>
        <w:rPr>
          <w:bCs/>
        </w:rPr>
      </w:pPr>
      <w:r>
        <w:rPr>
          <w:bCs/>
        </w:rPr>
        <w:t>My GF is very strong and supports me as much as she can and understands, and puts up with all my nonsense(she’s still around even with all the Greek drama that floats around me).</w:t>
      </w:r>
    </w:p>
    <w:p w14:paraId="2DC8FB3C" w14:textId="15426E9B" w:rsidR="00777DFF" w:rsidRPr="00B01DF7" w:rsidRDefault="00777DFF">
      <w:pPr>
        <w:rPr>
          <w:bCs/>
        </w:rPr>
      </w:pPr>
      <w:r>
        <w:rPr>
          <w:bCs/>
        </w:rPr>
        <w:t xml:space="preserve">My </w:t>
      </w:r>
      <w:r w:rsidR="00176D14">
        <w:rPr>
          <w:bCs/>
        </w:rPr>
        <w:t xml:space="preserve">Dutch </w:t>
      </w:r>
      <w:r>
        <w:rPr>
          <w:bCs/>
        </w:rPr>
        <w:t>in-laws(</w:t>
      </w:r>
      <w:r w:rsidR="003705A3">
        <w:rPr>
          <w:bCs/>
        </w:rPr>
        <w:t xml:space="preserve">I’m </w:t>
      </w:r>
      <w:r>
        <w:rPr>
          <w:bCs/>
        </w:rPr>
        <w:t>not married)</w:t>
      </w:r>
      <w:r w:rsidR="003705A3">
        <w:rPr>
          <w:bCs/>
        </w:rPr>
        <w:t>, they are a source of care and love as well which definitely comes in handy and provides the feeling of a good</w:t>
      </w:r>
      <w:r w:rsidR="0030657E">
        <w:rPr>
          <w:bCs/>
        </w:rPr>
        <w:t xml:space="preserve">, well-bread </w:t>
      </w:r>
      <w:r w:rsidR="00D02BE1">
        <w:rPr>
          <w:bCs/>
        </w:rPr>
        <w:t xml:space="preserve">and successful </w:t>
      </w:r>
      <w:r w:rsidR="0030657E">
        <w:rPr>
          <w:bCs/>
        </w:rPr>
        <w:t>family</w:t>
      </w:r>
      <w:r w:rsidR="00D02BE1">
        <w:rPr>
          <w:bCs/>
        </w:rPr>
        <w:t xml:space="preserve">, definitely good to have nearby, and good to talk deeply about some if the decision making and deeper </w:t>
      </w:r>
      <w:r w:rsidR="00176D14">
        <w:rPr>
          <w:bCs/>
        </w:rPr>
        <w:t>thoughts and aspirations.</w:t>
      </w:r>
      <w:r w:rsidR="0030657E">
        <w:rPr>
          <w:bCs/>
        </w:rPr>
        <w:t xml:space="preserve"> </w:t>
      </w:r>
      <w:r>
        <w:rPr>
          <w:bCs/>
        </w:rPr>
        <w:t xml:space="preserve"> </w:t>
      </w:r>
    </w:p>
    <w:p w14:paraId="05EF07D3" w14:textId="5D1BE4B6" w:rsidR="00CC70D2" w:rsidRDefault="00C05256">
      <w:r>
        <w:rPr>
          <w:b/>
        </w:rPr>
        <w:t>• Is your life one of your choosing? If not, which parts are being chosen for you?</w:t>
      </w:r>
    </w:p>
    <w:p w14:paraId="3E0BD064" w14:textId="06F26A14" w:rsidR="00CC70D2" w:rsidRDefault="00E61E82">
      <w:r>
        <w:t>Yes, my life is the one chosen, except for the part which affects the whole world and is called ‘working’ to pay the bills and ‘survive’.</w:t>
      </w:r>
    </w:p>
    <w:p w14:paraId="664662A5" w14:textId="77777777" w:rsidR="00CC70D2" w:rsidRDefault="00C05256">
      <w:r>
        <w:rPr>
          <w:b/>
        </w:rPr>
        <w:t>• On a scale of 1 – 10 (10 = HIGH), rate your current level of stress:</w:t>
      </w:r>
    </w:p>
    <w:p w14:paraId="3543375F" w14:textId="72DB7A52" w:rsidR="00CC70D2" w:rsidRDefault="00C71701">
      <w:r>
        <w:t xml:space="preserve">2(currently), but it can go high when I face </w:t>
      </w:r>
      <w:r w:rsidR="00E61E82">
        <w:t>big internal challenges and overthinking..</w:t>
      </w:r>
    </w:p>
    <w:p w14:paraId="6EB012C6" w14:textId="77777777" w:rsidR="00CC70D2" w:rsidRDefault="00C05256">
      <w:r>
        <w:rPr>
          <w:b/>
        </w:rPr>
        <w:t>• What are your primary stressors?</w:t>
      </w:r>
    </w:p>
    <w:p w14:paraId="73CD18E8" w14:textId="68BC81D2" w:rsidR="00CC70D2" w:rsidRDefault="00E61E82">
      <w:r>
        <w:t xml:space="preserve">My own brain! </w:t>
      </w:r>
    </w:p>
    <w:p w14:paraId="1E417A8A" w14:textId="77777777" w:rsidR="00CC70D2" w:rsidRDefault="00C05256">
      <w:r>
        <w:rPr>
          <w:b/>
        </w:rPr>
        <w:t>• List five (5) things that you are tolerating in your life at present (i.e., job dissatisfaction, etc.):</w:t>
      </w:r>
    </w:p>
    <w:p w14:paraId="5106B628" w14:textId="64D8187B" w:rsidR="00CC70D2" w:rsidRDefault="00E80215">
      <w:r>
        <w:t>Body weight and health condition, fact that I don’t get</w:t>
      </w:r>
      <w:r w:rsidR="00176D14">
        <w:t>/take/find</w:t>
      </w:r>
      <w:r>
        <w:t xml:space="preserve"> much time for myself</w:t>
      </w:r>
      <w:r w:rsidR="00176D14">
        <w:t xml:space="preserve"> and do not improve my diet to lose weight. I have been exercising a lot, but due to stress levels and trauma from my work I have been eating very poorly and lots of sugar meaning I do not lose weight</w:t>
      </w:r>
      <w:r w:rsidR="009A6AD2">
        <w:t>.</w:t>
      </w:r>
    </w:p>
    <w:p w14:paraId="0986F4F3" w14:textId="77777777" w:rsidR="00CC70D2" w:rsidRDefault="00C05256">
      <w:pPr>
        <w:rPr>
          <w:b/>
        </w:rPr>
      </w:pPr>
      <w:r>
        <w:rPr>
          <w:b/>
        </w:rPr>
        <w:lastRenderedPageBreak/>
        <w:t>• How do you typically cope with challenges or stress? Are these methods effective for you?</w:t>
      </w:r>
    </w:p>
    <w:p w14:paraId="1ADE24EE" w14:textId="719677ED" w:rsidR="00176D14" w:rsidRPr="007B042E" w:rsidRDefault="00176D14">
      <w:pPr>
        <w:rPr>
          <w:bCs/>
        </w:rPr>
      </w:pPr>
      <w:r w:rsidRPr="007B042E">
        <w:rPr>
          <w:bCs/>
        </w:rPr>
        <w:t>Sugar, cannabis</w:t>
      </w:r>
      <w:r w:rsidR="007B042E" w:rsidRPr="007B042E">
        <w:rPr>
          <w:bCs/>
        </w:rPr>
        <w:t>*, exercising.</w:t>
      </w:r>
    </w:p>
    <w:p w14:paraId="196FCEA5" w14:textId="77777777" w:rsidR="00CC70D2" w:rsidRDefault="00CC70D2"/>
    <w:p w14:paraId="7157448A" w14:textId="77777777" w:rsidR="00CC70D2" w:rsidRDefault="00C05256">
      <w:pPr>
        <w:pStyle w:val="Heading2"/>
      </w:pPr>
      <w:r>
        <w:t>Goals and Aspirations</w:t>
      </w:r>
    </w:p>
    <w:p w14:paraId="3BED4F9B" w14:textId="77777777" w:rsidR="00CC70D2" w:rsidRDefault="00C05256">
      <w:r>
        <w:rPr>
          <w:b/>
        </w:rPr>
        <w:t>• What are your short-term goals (next 12 months)?</w:t>
      </w:r>
    </w:p>
    <w:p w14:paraId="1A13AF53" w14:textId="12BD2938" w:rsidR="00CC70D2" w:rsidRDefault="007B042E">
      <w:r>
        <w:t xml:space="preserve">Find a decent job, but also develop a business plan for a potential new business in the Netherlands and one </w:t>
      </w:r>
      <w:r w:rsidR="00FD6AD5">
        <w:t>in Greece(with my sister).</w:t>
      </w:r>
    </w:p>
    <w:p w14:paraId="0039B79B" w14:textId="77777777" w:rsidR="00CC70D2" w:rsidRDefault="00C05256">
      <w:r>
        <w:rPr>
          <w:b/>
        </w:rPr>
        <w:t>• What are your long-term goals (next 5 years)?</w:t>
      </w:r>
    </w:p>
    <w:p w14:paraId="41456E7B" w14:textId="76EFA93E" w:rsidR="00CC70D2" w:rsidRDefault="00FD6AD5">
      <w:r>
        <w:t>Get up and running with a business</w:t>
      </w:r>
      <w:r w:rsidR="0033304D">
        <w:t xml:space="preserve"> that has slowly flourished, and have no stress about income and about liking/not-liking my job and my boss.</w:t>
      </w:r>
    </w:p>
    <w:p w14:paraId="1FAC2EDE" w14:textId="77777777" w:rsidR="00CC70D2" w:rsidRDefault="00C05256">
      <w:r>
        <w:rPr>
          <w:b/>
        </w:rPr>
        <w:t>• What obstacles do you foresee in achieving these goals?</w:t>
      </w:r>
    </w:p>
    <w:p w14:paraId="2B8EB5C5" w14:textId="15A6BFB0" w:rsidR="00CC70D2" w:rsidRDefault="009A6AD2">
      <w:r>
        <w:t>Maintaining focus</w:t>
      </w:r>
      <w:r w:rsidR="006E32DD">
        <w:t>!</w:t>
      </w:r>
    </w:p>
    <w:p w14:paraId="1CE0061C" w14:textId="77777777" w:rsidR="00CC70D2" w:rsidRDefault="00C05256">
      <w:r>
        <w:rPr>
          <w:b/>
        </w:rPr>
        <w:t>• What skills or resources do you currently lack that are critical to achieving these goals?</w:t>
      </w:r>
    </w:p>
    <w:p w14:paraId="595714D8" w14:textId="46A011D9" w:rsidR="00CC70D2" w:rsidRDefault="006E32DD">
      <w:r>
        <w:t>Perhaps trainings and certifications that would “prove” my knowledg</w:t>
      </w:r>
      <w:r w:rsidR="00503612">
        <w:t>e.</w:t>
      </w:r>
    </w:p>
    <w:p w14:paraId="7CC796E7" w14:textId="77777777" w:rsidR="00CC70D2" w:rsidRDefault="00C05256">
      <w:pPr>
        <w:pStyle w:val="Heading2"/>
      </w:pPr>
      <w:r>
        <w:t>Professional Life</w:t>
      </w:r>
    </w:p>
    <w:p w14:paraId="0FF52677" w14:textId="77777777" w:rsidR="00CC70D2" w:rsidRDefault="00C05256">
      <w:r>
        <w:rPr>
          <w:b/>
        </w:rPr>
        <w:t>• Describe your current job role and responsibilities. How fulfilling do you find them?</w:t>
      </w:r>
    </w:p>
    <w:p w14:paraId="4AD15129" w14:textId="4F2B4F15" w:rsidR="00CC70D2" w:rsidRDefault="00503612">
      <w:r>
        <w:t>I have a job offer to be an IT Project Engineer,</w:t>
      </w:r>
      <w:r w:rsidR="003D7655">
        <w:t xml:space="preserve"> I start in April, I am not certain this is the best for me, it could very well be! However, I feel </w:t>
      </w:r>
      <w:r w:rsidR="00920F5F">
        <w:t xml:space="preserve">a bit </w:t>
      </w:r>
      <w:r w:rsidR="003D7655">
        <w:t>forced</w:t>
      </w:r>
      <w:r w:rsidR="00920F5F">
        <w:t>(by myself)</w:t>
      </w:r>
      <w:r w:rsidR="003D7655">
        <w:t xml:space="preserve"> to take a job </w:t>
      </w:r>
      <w:r w:rsidR="00920F5F">
        <w:t>to maintain my 30% ruling and keep the income flowing.</w:t>
      </w:r>
    </w:p>
    <w:p w14:paraId="5B2378FF" w14:textId="77777777" w:rsidR="00CC70D2" w:rsidRDefault="00C05256">
      <w:r>
        <w:rPr>
          <w:b/>
        </w:rPr>
        <w:t>• What aspects of your work do you enjoy the most and the least? Why?</w:t>
      </w:r>
    </w:p>
    <w:p w14:paraId="7AE5A613" w14:textId="299BFB30" w:rsidR="00CC70D2" w:rsidRDefault="00CB59E5">
      <w:r>
        <w:t>I enjoy the strategic planning and the technical hands-on</w:t>
      </w:r>
      <w:r w:rsidR="00572F3F">
        <w:t xml:space="preserve"> stuff, especially when I prefer to spend time automating work</w:t>
      </w:r>
      <w:r w:rsidR="00B167DF">
        <w:t xml:space="preserve">(rather than doing the repetitive tasks). I also enjoy </w:t>
      </w:r>
      <w:r w:rsidR="00E57AFD">
        <w:t>coming up with tools and solutions that other can benefit from.</w:t>
      </w:r>
    </w:p>
    <w:p w14:paraId="50C81695" w14:textId="6CB7B8AC" w:rsidR="00B167DF" w:rsidRDefault="00E57AFD">
      <w:r>
        <w:t>I HATE it when others have an opinion about what my job should be, as if they know what I do… I HATE IT and I suffer from this.</w:t>
      </w:r>
    </w:p>
    <w:p w14:paraId="57212621" w14:textId="77777777" w:rsidR="00CC70D2" w:rsidRDefault="00C05256">
      <w:r>
        <w:rPr>
          <w:b/>
        </w:rPr>
        <w:t>• How does your work align with your personal values and life goals?</w:t>
      </w:r>
    </w:p>
    <w:p w14:paraId="2DC0AA2A" w14:textId="57895DA2" w:rsidR="00CC70D2" w:rsidRDefault="008F71C5">
      <w:r>
        <w:t xml:space="preserve">Not sure really…. I always loved IT, even when I didn’t get to do it professionally. Now that I can call myself </w:t>
      </w:r>
      <w:r w:rsidR="00CD6791">
        <w:t xml:space="preserve">an ‘accomplished’ IT professional, this is also not enough and I have had </w:t>
      </w:r>
      <w:r w:rsidR="00CD6791">
        <w:lastRenderedPageBreak/>
        <w:t xml:space="preserve">trouble finding the right </w:t>
      </w:r>
      <w:r w:rsidR="00F04BF5">
        <w:t xml:space="preserve">direction into what type of work I should do as IT is a very broad aspect </w:t>
      </w:r>
      <w:r w:rsidR="002A641B">
        <w:t>and I do not specialize into something.</w:t>
      </w:r>
    </w:p>
    <w:p w14:paraId="534CCF7E" w14:textId="77777777" w:rsidR="00CC70D2" w:rsidRDefault="00C05256">
      <w:r>
        <w:rPr>
          <w:b/>
        </w:rPr>
        <w:t xml:space="preserve">• What professional achievements would you </w:t>
      </w:r>
      <w:r>
        <w:rPr>
          <w:b/>
        </w:rPr>
        <w:t>like to accomplish in the next few years?</w:t>
      </w:r>
    </w:p>
    <w:p w14:paraId="161068E8" w14:textId="77777777" w:rsidR="00545A13" w:rsidRDefault="002A641B">
      <w:r>
        <w:t>Reach a level where what my CV projects, is</w:t>
      </w:r>
      <w:r w:rsidR="005B0C21">
        <w:t xml:space="preserve"> actually true and</w:t>
      </w:r>
      <w:r>
        <w:t xml:space="preserve"> </w:t>
      </w:r>
      <w:r w:rsidR="005B0C21">
        <w:t>taken seriously by recruiters or HR individuals who try to define I need to prove myself.</w:t>
      </w:r>
      <w:r w:rsidR="00AC26BA">
        <w:t xml:space="preserve"> </w:t>
      </w:r>
    </w:p>
    <w:p w14:paraId="44C1047E" w14:textId="4223C32A" w:rsidR="00CC70D2" w:rsidRDefault="00AC26BA">
      <w:r>
        <w:t>On the other hand</w:t>
      </w:r>
      <w:r w:rsidR="00545A13">
        <w:t>,</w:t>
      </w:r>
      <w:r>
        <w:t xml:space="preserve"> if I could escape the rat race, my goal would be to obtain a certain fame in my field, so that my work speaks for itself and gets me customers</w:t>
      </w:r>
      <w:r w:rsidR="00545A13">
        <w:t xml:space="preserve"> and provides me the self-satisfaction I need.</w:t>
      </w:r>
    </w:p>
    <w:p w14:paraId="3BD628F2" w14:textId="77777777" w:rsidR="00CC70D2" w:rsidRDefault="00C05256">
      <w:pPr>
        <w:pStyle w:val="Heading2"/>
      </w:pPr>
      <w:r>
        <w:t>Personal Development</w:t>
      </w:r>
    </w:p>
    <w:p w14:paraId="21ED9738" w14:textId="77777777" w:rsidR="00CC70D2" w:rsidRDefault="00C05256">
      <w:r>
        <w:rPr>
          <w:b/>
        </w:rPr>
        <w:t>• What are your strengths and how do you utilize them in your daily life?</w:t>
      </w:r>
    </w:p>
    <w:p w14:paraId="32CF07E0" w14:textId="306DD102" w:rsidR="00CC70D2" w:rsidRDefault="00C7512B">
      <w:r>
        <w:t>Brains</w:t>
      </w:r>
    </w:p>
    <w:p w14:paraId="4B6DEF9F" w14:textId="77777777" w:rsidR="00CC70D2" w:rsidRDefault="00C05256">
      <w:r>
        <w:rPr>
          <w:b/>
        </w:rPr>
        <w:t>• What are areas you believe you need improvement in?</w:t>
      </w:r>
    </w:p>
    <w:p w14:paraId="538E7908" w14:textId="2A9FB006" w:rsidR="00CC70D2" w:rsidRDefault="00C7512B">
      <w:r>
        <w:t>Anxiety/stress management, focus and mindfulness.</w:t>
      </w:r>
    </w:p>
    <w:p w14:paraId="1BC612AE" w14:textId="77777777" w:rsidR="00CC70D2" w:rsidRDefault="00C05256">
      <w:r>
        <w:rPr>
          <w:b/>
        </w:rPr>
        <w:t>• Describe a skill or hobby you've always wanted to develop but haven't yet. What has been stopping you?</w:t>
      </w:r>
    </w:p>
    <w:p w14:paraId="18C770D5" w14:textId="0C6AA71E" w:rsidR="00CC70D2" w:rsidRDefault="001E3427">
      <w:r>
        <w:t>Learn to play the drums, learn Python programming language.</w:t>
      </w:r>
    </w:p>
    <w:p w14:paraId="36406A21" w14:textId="77777777" w:rsidR="00CC70D2" w:rsidRDefault="00C05256">
      <w:r>
        <w:rPr>
          <w:b/>
        </w:rPr>
        <w:t>• How do you prioritize self-care and personal well-being in your life?</w:t>
      </w:r>
    </w:p>
    <w:p w14:paraId="60344A27" w14:textId="0138CE77" w:rsidR="00CC70D2" w:rsidRDefault="001E3427">
      <w:r>
        <w:t xml:space="preserve">I am unsure… I think too much and do very little which often creates unnecessary burdens in my conscience. </w:t>
      </w:r>
    </w:p>
    <w:p w14:paraId="510DB606" w14:textId="77777777" w:rsidR="00CC70D2" w:rsidRDefault="00C05256">
      <w:pPr>
        <w:pStyle w:val="Heading2"/>
      </w:pPr>
      <w:r>
        <w:t>Starting a Business</w:t>
      </w:r>
    </w:p>
    <w:p w14:paraId="160CE7B0" w14:textId="77777777" w:rsidR="00CC70D2" w:rsidRDefault="00C05256">
      <w:r>
        <w:rPr>
          <w:b/>
        </w:rPr>
        <w:t>• What inspired you to start your own business?</w:t>
      </w:r>
    </w:p>
    <w:p w14:paraId="082106CF" w14:textId="4019D64E" w:rsidR="00CC70D2" w:rsidRDefault="005313F7">
      <w:r>
        <w:t>My father!</w:t>
      </w:r>
    </w:p>
    <w:p w14:paraId="760EEBB1" w14:textId="77777777" w:rsidR="00CC70D2" w:rsidRDefault="00C05256">
      <w:r>
        <w:rPr>
          <w:b/>
        </w:rPr>
        <w:t>• What type of business are you planning to start, and what motivates you about this industry or sector?</w:t>
      </w:r>
    </w:p>
    <w:p w14:paraId="3574E3DB" w14:textId="46E5ED15" w:rsidR="00CC70D2" w:rsidRDefault="005313F7">
      <w:r>
        <w:t xml:space="preserve">I love automating, and one of the ideas I have is building smart </w:t>
      </w:r>
      <w:r w:rsidR="004D0DFD">
        <w:t xml:space="preserve">homes, hotel rooms, or even smart cities of the future. What motivates me is that this is a very hot topic, when it comes to the environment and leveraging technology for the better. </w:t>
      </w:r>
    </w:p>
    <w:p w14:paraId="60561A74" w14:textId="77777777" w:rsidR="00CC70D2" w:rsidRDefault="00C05256">
      <w:pPr>
        <w:rPr>
          <w:b/>
        </w:rPr>
      </w:pPr>
      <w:r>
        <w:rPr>
          <w:b/>
        </w:rPr>
        <w:t>• What are the core values you want your business to embody?</w:t>
      </w:r>
    </w:p>
    <w:p w14:paraId="698F071F" w14:textId="4E4B6D94" w:rsidR="000911E4" w:rsidRPr="000B6806" w:rsidRDefault="000B6806">
      <w:pPr>
        <w:rPr>
          <w:bCs/>
        </w:rPr>
      </w:pPr>
      <w:r>
        <w:rPr>
          <w:bCs/>
        </w:rPr>
        <w:t xml:space="preserve">Become </w:t>
      </w:r>
      <w:r w:rsidR="000911E4" w:rsidRPr="000B6806">
        <w:rPr>
          <w:bCs/>
        </w:rPr>
        <w:t xml:space="preserve">environment </w:t>
      </w:r>
      <w:r w:rsidRPr="000B6806">
        <w:rPr>
          <w:bCs/>
        </w:rPr>
        <w:t>friendl</w:t>
      </w:r>
      <w:r>
        <w:rPr>
          <w:bCs/>
        </w:rPr>
        <w:t>i</w:t>
      </w:r>
      <w:r w:rsidRPr="000B6806">
        <w:rPr>
          <w:bCs/>
        </w:rPr>
        <w:t>er</w:t>
      </w:r>
      <w:r w:rsidR="000911E4" w:rsidRPr="000B6806">
        <w:rPr>
          <w:bCs/>
        </w:rPr>
        <w:t xml:space="preserve">, </w:t>
      </w:r>
      <w:r w:rsidR="00190B42">
        <w:rPr>
          <w:bCs/>
        </w:rPr>
        <w:t xml:space="preserve">improve lifestyle in the fast moving world, </w:t>
      </w:r>
      <w:r w:rsidR="000911E4" w:rsidRPr="000B6806">
        <w:rPr>
          <w:bCs/>
        </w:rPr>
        <w:t>give to the community</w:t>
      </w:r>
      <w:r w:rsidR="00190B42">
        <w:rPr>
          <w:bCs/>
        </w:rPr>
        <w:t>/society. I need to work on those</w:t>
      </w:r>
      <w:r w:rsidR="009277AA">
        <w:rPr>
          <w:bCs/>
        </w:rPr>
        <w:t>, I haven’t really given this much thought.</w:t>
      </w:r>
    </w:p>
    <w:p w14:paraId="6241C26F" w14:textId="77777777" w:rsidR="00CC70D2" w:rsidRDefault="00CC70D2"/>
    <w:p w14:paraId="0FCD048E" w14:textId="77777777" w:rsidR="00CC70D2" w:rsidRDefault="00C05256">
      <w:r>
        <w:rPr>
          <w:b/>
        </w:rPr>
        <w:t>• Describe the biggest challenges you anticipate in starting and running your business.</w:t>
      </w:r>
    </w:p>
    <w:p w14:paraId="47346219" w14:textId="0D5CF748" w:rsidR="00CC70D2" w:rsidRDefault="000F09B1">
      <w:r>
        <w:t>Getting</w:t>
      </w:r>
      <w:r w:rsidR="009277AA">
        <w:t xml:space="preserve"> myself focused and set targets/goals</w:t>
      </w:r>
      <w:r>
        <w:t xml:space="preserve"> that I can achieve and work hard on.</w:t>
      </w:r>
    </w:p>
    <w:p w14:paraId="28ECB506" w14:textId="55F37F40" w:rsidR="0044242C" w:rsidRDefault="0044242C">
      <w:r>
        <w:t xml:space="preserve">Developing a </w:t>
      </w:r>
      <w:r w:rsidR="002A6CFE">
        <w:t xml:space="preserve">sellable </w:t>
      </w:r>
      <w:r>
        <w:t>product(product management</w:t>
      </w:r>
      <w:r w:rsidR="002A6CFE">
        <w:t>?</w:t>
      </w:r>
      <w:r>
        <w:t>)</w:t>
      </w:r>
      <w:r w:rsidR="002A6CFE">
        <w:t xml:space="preserve"> and findings the benefits and ROI for customers.</w:t>
      </w:r>
    </w:p>
    <w:p w14:paraId="486DADD9" w14:textId="5A1E15D4" w:rsidR="002A6CFE" w:rsidRDefault="002A6CFE">
      <w:r>
        <w:t>Finances, which may not be the issue</w:t>
      </w:r>
      <w:r w:rsidR="00A06B5B">
        <w:t xml:space="preserve"> when it comes to having a solid business plan and do not deviate from the targets.</w:t>
      </w:r>
    </w:p>
    <w:p w14:paraId="3FA440DC" w14:textId="77777777" w:rsidR="00CC70D2" w:rsidRDefault="00C05256">
      <w:r>
        <w:rPr>
          <w:b/>
        </w:rPr>
        <w:t>• How do you plan to differentiate your business from competitors?</w:t>
      </w:r>
    </w:p>
    <w:p w14:paraId="1B59015B" w14:textId="72F47A71" w:rsidR="00CC70D2" w:rsidRDefault="000F09B1">
      <w:r>
        <w:t>I do not know that yet! Lots of ideas coming and going some times</w:t>
      </w:r>
      <w:r w:rsidR="0044242C">
        <w:t>, however not much stays in. I could develop certain products for existing companies</w:t>
      </w:r>
    </w:p>
    <w:p w14:paraId="4095B3D6" w14:textId="77777777" w:rsidR="00CC70D2" w:rsidRDefault="00C05256">
      <w:r>
        <w:rPr>
          <w:b/>
        </w:rPr>
        <w:t>• What resources (financial, educational, network, etc.) do you currently have, and what resources do you still need to acquire?</w:t>
      </w:r>
    </w:p>
    <w:p w14:paraId="4A20DFEC" w14:textId="42FCD477" w:rsidR="00CC70D2" w:rsidRDefault="0070468B">
      <w:r>
        <w:t>I have some network, companies through work which I have worked with and shown my knowledge and ability to find solutions</w:t>
      </w:r>
      <w:r w:rsidR="00341DF5">
        <w:t>, which has been appreciated throughout the years.</w:t>
      </w:r>
    </w:p>
    <w:p w14:paraId="4AEA5050" w14:textId="7EAA11CF" w:rsidR="005432E2" w:rsidRDefault="005432E2">
      <w:r>
        <w:t>No educational/academic background….</w:t>
      </w:r>
    </w:p>
    <w:p w14:paraId="6A3B5000" w14:textId="77777777" w:rsidR="00CC70D2" w:rsidRDefault="00C05256">
      <w:r>
        <w:rPr>
          <w:b/>
        </w:rPr>
        <w:t>• Have you created a business plan? If so, what are its key components? If not, what are your plans for creating one?</w:t>
      </w:r>
    </w:p>
    <w:p w14:paraId="00790617" w14:textId="7FFEDB3D" w:rsidR="00CC70D2" w:rsidRDefault="005B38C9">
      <w:r>
        <w:t xml:space="preserve">No I haven’t, and I do not know what a business plan consists of. I need to start by understanding what a business plan looks like and </w:t>
      </w:r>
      <w:r w:rsidR="004A266C">
        <w:t>draft it so I can work on it.</w:t>
      </w:r>
    </w:p>
    <w:p w14:paraId="3DEB5E06" w14:textId="77777777" w:rsidR="00CC70D2" w:rsidRDefault="00C05256">
      <w:r>
        <w:rPr>
          <w:b/>
        </w:rPr>
        <w:t>• What is your vision for the business in the next five years?</w:t>
      </w:r>
    </w:p>
    <w:p w14:paraId="0982D278" w14:textId="5036105A" w:rsidR="00CC70D2" w:rsidRDefault="004A266C">
      <w:r>
        <w:t xml:space="preserve">To come to life and provide me enough to </w:t>
      </w:r>
      <w:r w:rsidR="00B2062F">
        <w:t>make it a full time work for myself.</w:t>
      </w:r>
    </w:p>
    <w:p w14:paraId="7AD0ECB4" w14:textId="77777777" w:rsidR="00CC70D2" w:rsidRDefault="00C05256">
      <w:r>
        <w:rPr>
          <w:b/>
        </w:rPr>
        <w:t>• How do you plan to balance the demands of starting a business with your personal life?</w:t>
      </w:r>
    </w:p>
    <w:p w14:paraId="3C15AE8D" w14:textId="5E19C22F" w:rsidR="00CC70D2" w:rsidRDefault="00B2062F">
      <w:r>
        <w:t>Great question! Many times I fell like personal life doesn’t exist, and this is a bit depressing.</w:t>
      </w:r>
    </w:p>
    <w:p w14:paraId="26D62620" w14:textId="77777777" w:rsidR="00CC70D2" w:rsidRDefault="00C05256">
      <w:r>
        <w:rPr>
          <w:b/>
        </w:rPr>
        <w:t>• What kind of support system do you have in place as you embark on this business venture?</w:t>
      </w:r>
    </w:p>
    <w:p w14:paraId="0081575F" w14:textId="6FC02206" w:rsidR="00CC70D2" w:rsidRDefault="002C1CCE">
      <w:r>
        <w:t xml:space="preserve">My good self and attitude, </w:t>
      </w:r>
      <w:r w:rsidR="00251FBC">
        <w:t xml:space="preserve">that </w:t>
      </w:r>
      <w:r>
        <w:t xml:space="preserve">many times </w:t>
      </w:r>
      <w:r w:rsidR="00251FBC">
        <w:t xml:space="preserve">helps </w:t>
      </w:r>
      <w:r>
        <w:t xml:space="preserve">convince people and </w:t>
      </w:r>
      <w:r w:rsidR="00251FBC">
        <w:t>show confidence into what I do/can do.</w:t>
      </w:r>
    </w:p>
    <w:p w14:paraId="722459A9" w14:textId="2B04B9CB" w:rsidR="00251FBC" w:rsidRDefault="00251FBC">
      <w:r>
        <w:t>Other than that, some savings(not much really)… Which is pending to be invested into the future</w:t>
      </w:r>
      <w:r w:rsidR="00C05256">
        <w:t xml:space="preserve">, </w:t>
      </w:r>
      <w:r>
        <w:t>either that is building a house in Greece</w:t>
      </w:r>
      <w:r w:rsidR="00C05256">
        <w:t xml:space="preserve"> to create passive income or in a business?</w:t>
      </w:r>
    </w:p>
    <w:sectPr w:rsidR="00251FBC" w:rsidSect="00BB1D54">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1E374" w14:textId="77777777" w:rsidR="00BB1D54" w:rsidRDefault="00BB1D54" w:rsidP="00B116A7">
      <w:pPr>
        <w:spacing w:after="0" w:line="240" w:lineRule="auto"/>
      </w:pPr>
      <w:r>
        <w:separator/>
      </w:r>
    </w:p>
  </w:endnote>
  <w:endnote w:type="continuationSeparator" w:id="0">
    <w:p w14:paraId="0E503C26" w14:textId="77777777" w:rsidR="00BB1D54" w:rsidRDefault="00BB1D54" w:rsidP="00B11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657F" w14:textId="4F5A04BC" w:rsidR="006D7C6B" w:rsidRPr="006D7C6B" w:rsidRDefault="006D7C6B">
    <w:pPr>
      <w:pStyle w:val="Footer"/>
      <w:rPr>
        <w:sz w:val="16"/>
        <w:szCs w:val="16"/>
        <w:lang w:val="nl-NL"/>
      </w:rPr>
    </w:pPr>
    <w:r>
      <w:rPr>
        <w:sz w:val="16"/>
        <w:szCs w:val="16"/>
        <w:lang w:val="nl-NL"/>
      </w:rPr>
      <w:sym w:font="Symbol" w:char="F0D3"/>
    </w:r>
    <w:r>
      <w:rPr>
        <w:sz w:val="16"/>
        <w:szCs w:val="16"/>
        <w:lang w:val="nl-NL"/>
      </w:rPr>
      <w:t xml:space="preserve"> </w:t>
    </w:r>
    <w:r w:rsidRPr="006D7C6B">
      <w:rPr>
        <w:sz w:val="16"/>
        <w:szCs w:val="16"/>
        <w:lang w:val="nl-NL"/>
      </w:rPr>
      <w:t>Sustality Coaching Questionnaire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1F85" w14:textId="77777777" w:rsidR="00BB1D54" w:rsidRDefault="00BB1D54" w:rsidP="00B116A7">
      <w:pPr>
        <w:spacing w:after="0" w:line="240" w:lineRule="auto"/>
      </w:pPr>
      <w:r>
        <w:separator/>
      </w:r>
    </w:p>
  </w:footnote>
  <w:footnote w:type="continuationSeparator" w:id="0">
    <w:p w14:paraId="6AB1AF12" w14:textId="77777777" w:rsidR="00BB1D54" w:rsidRDefault="00BB1D54" w:rsidP="00B11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1BEB" w14:textId="5E3900D9" w:rsidR="006D7C6B" w:rsidRDefault="006D7C6B">
    <w:pPr>
      <w:pStyle w:val="Header"/>
    </w:pPr>
    <w:r>
      <w:rPr>
        <w:noProof/>
      </w:rPr>
      <mc:AlternateContent>
        <mc:Choice Requires="wps">
          <w:drawing>
            <wp:anchor distT="0" distB="0" distL="114300" distR="114300" simplePos="0" relativeHeight="251659264" behindDoc="0" locked="0" layoutInCell="1" allowOverlap="1" wp14:anchorId="176B9C76" wp14:editId="7E16AB02">
              <wp:simplePos x="0" y="0"/>
              <wp:positionH relativeFrom="column">
                <wp:posOffset>-689966</wp:posOffset>
              </wp:positionH>
              <wp:positionV relativeFrom="paragraph">
                <wp:posOffset>-364490</wp:posOffset>
              </wp:positionV>
              <wp:extent cx="6988029" cy="1191237"/>
              <wp:effectExtent l="0" t="0" r="0" b="3175"/>
              <wp:wrapNone/>
              <wp:docPr id="1445200076" name="Text Box 2"/>
              <wp:cNvGraphicFramePr/>
              <a:graphic xmlns:a="http://schemas.openxmlformats.org/drawingml/2006/main">
                <a:graphicData uri="http://schemas.microsoft.com/office/word/2010/wordprocessingShape">
                  <wps:wsp>
                    <wps:cNvSpPr txBox="1"/>
                    <wps:spPr>
                      <a:xfrm>
                        <a:off x="0" y="0"/>
                        <a:ext cx="6988029" cy="1191237"/>
                      </a:xfrm>
                      <a:prstGeom prst="rect">
                        <a:avLst/>
                      </a:prstGeom>
                      <a:solidFill>
                        <a:schemeClr val="lt1"/>
                      </a:solidFill>
                      <a:ln w="6350">
                        <a:noFill/>
                      </a:ln>
                    </wps:spPr>
                    <wps:txbx>
                      <w:txbxContent>
                        <w:p w14:paraId="6ADAED87" w14:textId="3A9C71D4" w:rsidR="006D7C6B" w:rsidRDefault="006D7C6B">
                          <w:r>
                            <w:rPr>
                              <w:noProof/>
                            </w:rPr>
                            <w:drawing>
                              <wp:inline distT="0" distB="0" distL="0" distR="0" wp14:anchorId="1EC79C1F" wp14:editId="2AE81384">
                                <wp:extent cx="7136181" cy="895985"/>
                                <wp:effectExtent l="0" t="0" r="1270" b="5715"/>
                                <wp:docPr id="104480733"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15176" name="Picture 1" descr="A blue and white background&#10;&#10;Description automatically generated"/>
                                        <pic:cNvPicPr/>
                                      </pic:nvPicPr>
                                      <pic:blipFill>
                                        <a:blip r:embed="rId1"/>
                                        <a:stretch>
                                          <a:fillRect/>
                                        </a:stretch>
                                      </pic:blipFill>
                                      <pic:spPr>
                                        <a:xfrm>
                                          <a:off x="0" y="0"/>
                                          <a:ext cx="7357755" cy="92380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9C76" id="_x0000_t202" coordsize="21600,21600" o:spt="202" path="m,l,21600r21600,l21600,xe">
              <v:stroke joinstyle="miter"/>
              <v:path gradientshapeok="t" o:connecttype="rect"/>
            </v:shapetype>
            <v:shape id="Text Box 2" o:spid="_x0000_s1026" type="#_x0000_t202" style="position:absolute;margin-left:-54.35pt;margin-top:-28.7pt;width:550.2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" fillcolor="white [3201]" stroked="f" strokeweight=".5pt">
              <v:textbox style="layout-flow:vertical-ideographic">
                <w:txbxContent>
                  <w:p w14:paraId="6ADAED87" w14:textId="3A9C71D4" w:rsidR="006D7C6B" w:rsidRDefault="006D7C6B">
                    <w:r>
                      <w:rPr>
                        <w:noProof/>
                      </w:rPr>
                      <w:drawing>
                        <wp:inline distT="0" distB="0" distL="0" distR="0" wp14:anchorId="1EC79C1F" wp14:editId="2AE81384">
                          <wp:extent cx="7136181" cy="895985"/>
                          <wp:effectExtent l="0" t="0" r="1270" b="5715"/>
                          <wp:docPr id="104480733"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15176" name="Picture 1" descr="A blue and white background&#10;&#10;Description automatically generated"/>
                                  <pic:cNvPicPr/>
                                </pic:nvPicPr>
                                <pic:blipFill>
                                  <a:blip r:embed="rId2"/>
                                  <a:stretch>
                                    <a:fillRect/>
                                  </a:stretch>
                                </pic:blipFill>
                                <pic:spPr>
                                  <a:xfrm>
                                    <a:off x="0" y="0"/>
                                    <a:ext cx="7357755" cy="92380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6380722"/>
    <w:multiLevelType w:val="hybridMultilevel"/>
    <w:tmpl w:val="C582B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540597">
    <w:abstractNumId w:val="8"/>
  </w:num>
  <w:num w:numId="2" w16cid:durableId="911431807">
    <w:abstractNumId w:val="6"/>
  </w:num>
  <w:num w:numId="3" w16cid:durableId="880631244">
    <w:abstractNumId w:val="5"/>
  </w:num>
  <w:num w:numId="4" w16cid:durableId="1607037808">
    <w:abstractNumId w:val="4"/>
  </w:num>
  <w:num w:numId="5" w16cid:durableId="366610751">
    <w:abstractNumId w:val="7"/>
  </w:num>
  <w:num w:numId="6" w16cid:durableId="948052816">
    <w:abstractNumId w:val="3"/>
  </w:num>
  <w:num w:numId="7" w16cid:durableId="1421369025">
    <w:abstractNumId w:val="2"/>
  </w:num>
  <w:num w:numId="8" w16cid:durableId="237059220">
    <w:abstractNumId w:val="1"/>
  </w:num>
  <w:num w:numId="9" w16cid:durableId="841165492">
    <w:abstractNumId w:val="0"/>
  </w:num>
  <w:num w:numId="10" w16cid:durableId="723530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11E4"/>
    <w:rsid w:val="000B6806"/>
    <w:rsid w:val="000F09B1"/>
    <w:rsid w:val="0015074B"/>
    <w:rsid w:val="00176D14"/>
    <w:rsid w:val="00190B42"/>
    <w:rsid w:val="001A198F"/>
    <w:rsid w:val="001E3427"/>
    <w:rsid w:val="00251FBC"/>
    <w:rsid w:val="0029639D"/>
    <w:rsid w:val="002A641B"/>
    <w:rsid w:val="002A6CFE"/>
    <w:rsid w:val="002C1CCE"/>
    <w:rsid w:val="0030657E"/>
    <w:rsid w:val="00326F90"/>
    <w:rsid w:val="0033304D"/>
    <w:rsid w:val="00341DF5"/>
    <w:rsid w:val="003705A3"/>
    <w:rsid w:val="003D7655"/>
    <w:rsid w:val="0044242C"/>
    <w:rsid w:val="004A266C"/>
    <w:rsid w:val="004D0DFD"/>
    <w:rsid w:val="00503612"/>
    <w:rsid w:val="0051037C"/>
    <w:rsid w:val="005313F7"/>
    <w:rsid w:val="005432E2"/>
    <w:rsid w:val="00545A13"/>
    <w:rsid w:val="00550A07"/>
    <w:rsid w:val="00551582"/>
    <w:rsid w:val="00572F3F"/>
    <w:rsid w:val="005B0C21"/>
    <w:rsid w:val="005B38C9"/>
    <w:rsid w:val="00604EF0"/>
    <w:rsid w:val="006962A7"/>
    <w:rsid w:val="006D7C6B"/>
    <w:rsid w:val="006E32DD"/>
    <w:rsid w:val="0070468B"/>
    <w:rsid w:val="00777DFF"/>
    <w:rsid w:val="007B042E"/>
    <w:rsid w:val="008807C0"/>
    <w:rsid w:val="008F71C5"/>
    <w:rsid w:val="00920F5F"/>
    <w:rsid w:val="009277AA"/>
    <w:rsid w:val="009A6AD2"/>
    <w:rsid w:val="00A06B5B"/>
    <w:rsid w:val="00A60515"/>
    <w:rsid w:val="00AA1D8D"/>
    <w:rsid w:val="00AB7AEE"/>
    <w:rsid w:val="00AC26BA"/>
    <w:rsid w:val="00B01DF7"/>
    <w:rsid w:val="00B116A7"/>
    <w:rsid w:val="00B167DF"/>
    <w:rsid w:val="00B2062F"/>
    <w:rsid w:val="00B47730"/>
    <w:rsid w:val="00B6235B"/>
    <w:rsid w:val="00BB1D54"/>
    <w:rsid w:val="00C05256"/>
    <w:rsid w:val="00C321F4"/>
    <w:rsid w:val="00C71701"/>
    <w:rsid w:val="00C7512B"/>
    <w:rsid w:val="00CB0664"/>
    <w:rsid w:val="00CB59E5"/>
    <w:rsid w:val="00CC70D2"/>
    <w:rsid w:val="00CD6791"/>
    <w:rsid w:val="00D02BE1"/>
    <w:rsid w:val="00D357E3"/>
    <w:rsid w:val="00D66195"/>
    <w:rsid w:val="00E0721D"/>
    <w:rsid w:val="00E57AFD"/>
    <w:rsid w:val="00E61E82"/>
    <w:rsid w:val="00E80215"/>
    <w:rsid w:val="00F04BF5"/>
    <w:rsid w:val="00FC693F"/>
    <w:rsid w:val="00FD6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5046D"/>
  <w14:defaultImageDpi w14:val="300"/>
  <w15:docId w15:val="{0368719E-1D84-1F48-A992-4CE0FBA6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Client Questionnaire for Coaching Sessions</vt:lpstr>
    </vt:vector>
  </TitlesOfParts>
  <Manager/>
  <Company/>
  <LinksUpToDate>false</LinksUpToDate>
  <CharactersWithSpaces>8897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Questionnaire for Coaching Sessions</dc:title>
  <dc:subject/>
  <dc:creator>python-docx</dc:creator>
  <cp:keywords/>
  <dc:description>generated by python-docx</dc:description>
  <cp:lastModifiedBy>patzo bil</cp:lastModifiedBy>
  <cp:revision>63</cp:revision>
  <dcterms:created xsi:type="dcterms:W3CDTF">2024-03-12T08:18:00Z</dcterms:created>
  <dcterms:modified xsi:type="dcterms:W3CDTF">2024-03-12T09:11:00Z</dcterms:modified>
  <cp:category/>
</cp:coreProperties>
</file>